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color w:val="1D4ED8"/>
                <w:sz w:val="28"/>
              </w:rPr>
              <w:t>[Ihr Firmenname]</w:t>
            </w:r>
          </w:p>
          <w:p>
            <w:r>
              <w:rPr>
                <w:color w:val="64748B"/>
                <w:sz w:val="18"/>
              </w:rPr>
              <w:t>[Straße Hausnummer]</w:t>
            </w:r>
          </w:p>
          <w:p>
            <w:r>
              <w:rPr>
                <w:color w:val="64748B"/>
                <w:sz w:val="18"/>
              </w:rPr>
              <w:t>[PLZ Ort]</w:t>
            </w:r>
          </w:p>
          <w:p>
            <w:r>
              <w:rPr>
                <w:color w:val="64748B"/>
                <w:sz w:val="18"/>
              </w:rPr>
              <w:t>[Telefon] · [E-Mail]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0F172A"/>
                <w:sz w:val="32"/>
              </w:rPr>
              <w:t>ANGEBOT</w:t>
            </w:r>
          </w:p>
          <w:p>
            <w:pPr>
              <w:jc w:val="right"/>
            </w:pPr>
            <w:r>
              <w:rPr>
                <w:color w:val="64748B"/>
                <w:sz w:val="18"/>
              </w:rPr>
              <w:t xml:space="preserve">Angebots-Nr.: </w:t>
            </w:r>
            <w:r>
              <w:rPr>
                <w:b/>
                <w:sz w:val="18"/>
              </w:rPr>
              <w:t>[2026-001]</w:t>
            </w:r>
          </w:p>
          <w:p>
            <w:pPr>
              <w:jc w:val="right"/>
            </w:pPr>
            <w:r>
              <w:rPr>
                <w:color w:val="64748B"/>
                <w:sz w:val="18"/>
              </w:rPr>
              <w:t xml:space="preserve">Datum: </w:t>
            </w:r>
            <w:r>
              <w:rPr>
                <w:b/>
                <w:sz w:val="18"/>
              </w:rPr>
              <w:t>[TT.MM.JJJJ]</w:t>
            </w:r>
          </w:p>
          <w:p>
            <w:pPr>
              <w:jc w:val="right"/>
            </w:pPr>
            <w:r>
              <w:rPr>
                <w:color w:val="64748B"/>
                <w:sz w:val="18"/>
              </w:rPr>
              <w:t xml:space="preserve">Gültig bis: </w:t>
            </w:r>
            <w:r>
              <w:rPr>
                <w:b/>
                <w:sz w:val="18"/>
              </w:rPr>
              <w:t>[TT.MM.JJJJ]</w:t>
            </w:r>
          </w:p>
        </w:tc>
      </w:tr>
    </w:tbl>
    <w:p/>
    <w:p>
      <w:r>
        <w:rPr>
          <w:sz w:val="18"/>
        </w:rPr>
        <w:t>Angebot für:</w:t>
      </w:r>
    </w:p>
    <w:p>
      <w:r>
        <w:rPr>
          <w:sz w:val="21"/>
        </w:rPr>
        <w:t>[Kundenname]</w:t>
      </w:r>
    </w:p>
    <w:p>
      <w:r>
        <w:rPr>
          <w:sz w:val="21"/>
        </w:rPr>
        <w:t>[Straße Hausnummer]</w:t>
      </w:r>
    </w:p>
    <w:p>
      <w:r>
        <w:rPr>
          <w:sz w:val="21"/>
        </w:rPr>
        <w:t>[PLZ Ort]</w:t>
      </w:r>
    </w:p>
    <w:p/>
    <w:p>
      <w:r>
        <w:rPr>
          <w:b/>
        </w:rPr>
        <w:t>Betreff: Angebot Nr. [2026-001] für [Projektbezeichnung, z. B. Badsanierung]</w:t>
      </w:r>
    </w:p>
    <w:p>
      <w:r>
        <w:rPr>
          <w:sz w:val="20"/>
        </w:rPr>
        <w:t>Vielen Dank für Ihre Anfrage. Gerne unterbreiten wir Ihnen folgendes Angebot: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624"/>
            <w:shd w:fill="0F172A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Pos.</w:t>
            </w:r>
          </w:p>
        </w:tc>
        <w:tc>
          <w:tcPr>
            <w:tcW w:type="dxa" w:w="3515"/>
            <w:shd w:fill="0F172A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Bezeichnung</w:t>
            </w:r>
          </w:p>
        </w:tc>
        <w:tc>
          <w:tcPr>
            <w:tcW w:type="dxa" w:w="907"/>
            <w:shd w:fill="0F172A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Menge</w:t>
            </w:r>
          </w:p>
        </w:tc>
        <w:tc>
          <w:tcPr>
            <w:tcW w:type="dxa" w:w="1020"/>
            <w:shd w:fill="0F172A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Einheit</w:t>
            </w:r>
          </w:p>
        </w:tc>
        <w:tc>
          <w:tcPr>
            <w:tcW w:type="dxa" w:w="1474"/>
            <w:shd w:fill="0F172A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Einzelpreis</w:t>
            </w:r>
          </w:p>
        </w:tc>
        <w:tc>
          <w:tcPr>
            <w:tcW w:type="dxa" w:w="1474"/>
            <w:shd w:fill="0F172A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Gesamtpreis</w:t>
            </w:r>
          </w:p>
        </w:tc>
      </w:tr>
      <w:tr>
        <w:tc>
          <w:tcPr>
            <w:tcW w:type="dxa" w:w="624"/>
          </w:tcPr>
          <w:p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sz w:val="19"/>
              </w:rPr>
              <w:t>[z. B. Demontage Altanlage]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19"/>
              </w:rPr>
              <w:t>psch.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19"/>
              </w:rPr>
              <w:t>[€]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19"/>
              </w:rPr>
              <w:t>[€]</w:t>
            </w:r>
          </w:p>
        </w:tc>
      </w:tr>
      <w:tr>
        <w:tc>
          <w:tcPr>
            <w:tcW w:type="dxa" w:w="624"/>
          </w:tcPr>
          <w:p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sz w:val="19"/>
              </w:rPr>
              <w:t>[Material – Position]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19"/>
              </w:rPr>
              <w:t>[x]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19"/>
              </w:rPr>
              <w:t>[Stk./qm/lfm]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19"/>
              </w:rPr>
              <w:t>[€]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19"/>
              </w:rPr>
              <w:t>[€]</w:t>
            </w:r>
          </w:p>
        </w:tc>
      </w:tr>
      <w:tr>
        <w:tc>
          <w:tcPr>
            <w:tcW w:type="dxa" w:w="624"/>
          </w:tcPr>
          <w:p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sz w:val="19"/>
              </w:rPr>
              <w:t>[Arbeitszeit – Montage]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19"/>
              </w:rPr>
              <w:t>[x]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19"/>
              </w:rPr>
              <w:t>Std.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19"/>
              </w:rPr>
              <w:t>[€]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19"/>
              </w:rPr>
              <w:t>[€]</w:t>
            </w:r>
          </w:p>
        </w:tc>
      </w:tr>
      <w:tr>
        <w:tc>
          <w:tcPr>
            <w:tcW w:type="dxa" w:w="624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19"/>
              </w:rPr>
            </w:r>
          </w:p>
        </w:tc>
      </w:tr>
      <w:tr>
        <w:tc>
          <w:tcPr>
            <w:tcW w:type="dxa" w:w="624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sz w:val="19"/>
              </w:rPr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</w:tcPr>
          <w:p>
            <w:pPr>
              <w:jc w:val="right"/>
            </w:pPr>
            <w:r>
              <w:rPr>
                <w:sz w:val="19"/>
              </w:rPr>
              <w:t>Zwischensumme (netto):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sz w:val="19"/>
              </w:rPr>
              <w:t>[€]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>
              <w:rPr>
                <w:sz w:val="19"/>
              </w:rPr>
              <w:t>zzgl. gesetzl. MwSt. (19 %)*: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sz w:val="19"/>
              </w:rPr>
              <w:t>[€]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>
              <w:rPr>
                <w:b/>
                <w:sz w:val="19"/>
              </w:rPr>
              <w:t>Gesamtsumme (brutto):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rPr>
                <w:b/>
                <w:sz w:val="19"/>
              </w:rPr>
              <w:t>[€]</w:t>
            </w:r>
          </w:p>
        </w:tc>
      </w:tr>
    </w:tbl>
    <w:p>
      <w:r>
        <w:rPr>
          <w:i/>
          <w:color w:val="64748B"/>
          <w:sz w:val="16"/>
        </w:rPr>
        <w:t>* Falls Sie als Kleinunternehmer gemäß § 19 UStG von der Umsatzsteuer befreit sind, entfällt diese Zeile — stattdessen: "Kein Ausweis von Umsatzsteuer gemäß § 19 UStG."</w:t>
      </w:r>
    </w:p>
    <w:p/>
    <w:p>
      <w:r>
        <w:rPr>
          <w:sz w:val="19"/>
        </w:rPr>
        <w:t>Dieses Angebot ist bis zum [TT.MM.JJJJ] gültig (§ 145 BGB). Nach Ablauf dieser Frist bitten wir um Rücksprache, da sich Materialpreise zwischenzeitlich ändern können.</w:t>
      </w:r>
    </w:p>
    <w:p>
      <w:r>
        <w:rPr>
          <w:sz w:val="19"/>
        </w:rPr>
        <w:t>Zahlungsbedingungen: [z. B. 50 % Anzahlung bei Auftragserteilung, Restzahlung nach Fertigstellung]</w:t>
      </w:r>
    </w:p>
    <w:p/>
    <w:p>
      <w:r>
        <w:rPr>
          <w:b/>
        </w:rPr>
        <w:t>Annahme des Angebots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252"/>
          </w:tcPr>
          <w:p/>
          <w:p>
            <w:r>
              <w:t>______________________________</w:t>
            </w:r>
          </w:p>
          <w:p>
            <w:r>
              <w:rPr>
                <w:color w:val="64748B"/>
                <w:sz w:val="16"/>
              </w:rPr>
              <w:t>Ort, Datum</w:t>
            </w:r>
          </w:p>
        </w:tc>
        <w:tc>
          <w:tcPr>
            <w:tcW w:type="dxa" w:w="4252"/>
          </w:tcPr>
          <w:p/>
          <w:p>
            <w:r>
              <w:t>______________________________</w:t>
            </w:r>
          </w:p>
          <w:p>
            <w:r>
              <w:rPr>
                <w:color w:val="64748B"/>
                <w:sz w:val="16"/>
              </w:rPr>
              <w:t>Unterschrift Kunde</w:t>
            </w:r>
          </w:p>
        </w:tc>
      </w:tr>
    </w:tbl>
    <w:p>
      <w:pPr>
        <w:jc w:val="center"/>
      </w:pPr>
      <w:r>
        <w:rPr>
          <w:color w:val="64748B"/>
          <w:sz w:val="15"/>
        </w:rPr>
        <w:t>[Ihr Firmenname] · [Bankverbindung] · [USt-IdNr. oder Hinweis § 19 UStG]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