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color w:val="334155"/>
                <w:sz w:val="19"/>
              </w:rPr>
              <w:t>[Ihr Firmenlogo]</w:t>
              <w:br/>
              <w:t>[Firmenname]</w:t>
              <w:br/>
              <w:t>[Straße Hausnummer]</w:t>
              <w:br/>
              <w:t>[PLZ Ort]</w:t>
              <w:br/>
              <w:t>[Telefon] · [E-Mail]</w:t>
              <w:br/>
              <w:t>USt-IdNr. [Nummer] (oder Hinweis §19 UStG)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1D4ED8"/>
                <w:sz w:val="36"/>
              </w:rPr>
              <w:t>KOSTENVORANSCHLAG</w:t>
            </w:r>
          </w:p>
          <w:p>
            <w:pPr>
              <w:jc w:val="right"/>
            </w:pPr>
            <w:r>
              <w:rPr>
                <w:color w:val="334155"/>
                <w:sz w:val="19"/>
              </w:rPr>
              <w:t>Nr.: [KV-Nummer]</w:t>
              <w:br/>
              <w:t>Datum: [Datum]</w:t>
              <w:br/>
              <w:t>Gültig bis: [Datum + Gültigkeitsdauer]</w:t>
            </w:r>
          </w:p>
        </w:tc>
      </w:tr>
    </w:tbl>
    <w:p/>
    <w:p>
      <w:r>
        <w:rPr>
          <w:b/>
          <w:color w:val="0F172A"/>
        </w:rPr>
        <w:t>Kunde / Projektadresse</w:t>
      </w:r>
    </w:p>
    <w:p>
      <w:r>
        <w:rPr>
          <w:sz w:val="21"/>
        </w:rPr>
        <w:t>[Name des Kunden]</w:t>
        <w:br/>
        <w:t>[Straße Hausnummer]</w:t>
        <w:br/>
        <w:t>[PLZ Ort]</w:t>
        <w:br/>
        <w:t>Projektadresse (falls abweichend): [Adresse]</w:t>
      </w:r>
    </w:p>
    <w:p/>
    <w:p>
      <w:r>
        <w:rPr>
          <w:i/>
          <w:color w:val="94A3B8"/>
          <w:sz w:val="20"/>
        </w:rPr>
        <w:t>Kurzbeschreibung des Projekts: [z. B. Sanierung Badezimmer inkl. Sanitärinstallation und Fliesenarbeiten]</w:t>
      </w:r>
    </w:p>
    <w:p/>
    <w:p>
      <w:r>
        <w:rPr>
          <w:i/>
          <w:color w:val="94A3B8"/>
          <w:sz w:val="18"/>
        </w:rPr>
        <w:t>Hinweis: Dieser Kostenvoranschlag ist unverbindlich und dient der groben Preiseinschätzung. Wesentliche Abweichungen vom hier genannten Betrag werden vorab mit Ihnen abgestimmt.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0F172A"/>
          </w:tcPr>
          <w:p>
            <w:r>
              <w:rPr>
                <w:b/>
                <w:color w:val="FFFFFF"/>
                <w:sz w:val="19"/>
              </w:rPr>
              <w:t>Pos.</w:t>
            </w:r>
          </w:p>
        </w:tc>
        <w:tc>
          <w:tcPr>
            <w:tcW w:type="dxa" w:w="1662"/>
            <w:shd w:val="clear" w:color="auto" w:fill="0F172A"/>
          </w:tcPr>
          <w:p>
            <w:r>
              <w:rPr>
                <w:b/>
                <w:color w:val="FFFFFF"/>
                <w:sz w:val="19"/>
              </w:rPr>
              <w:t>Bezeichnung</w:t>
            </w:r>
          </w:p>
        </w:tc>
        <w:tc>
          <w:tcPr>
            <w:tcW w:type="dxa" w:w="1662"/>
            <w:shd w:val="clear" w:color="auto" w:fill="0F172A"/>
          </w:tcPr>
          <w:p>
            <w:r>
              <w:rPr>
                <w:b/>
                <w:color w:val="FFFFFF"/>
                <w:sz w:val="19"/>
              </w:rPr>
              <w:t>Menge</w:t>
            </w:r>
          </w:p>
        </w:tc>
        <w:tc>
          <w:tcPr>
            <w:tcW w:type="dxa" w:w="1662"/>
            <w:shd w:val="clear" w:color="auto" w:fill="0F172A"/>
          </w:tcPr>
          <w:p>
            <w:r>
              <w:rPr>
                <w:b/>
                <w:color w:val="FFFFFF"/>
                <w:sz w:val="19"/>
              </w:rPr>
              <w:t>Einheit</w:t>
            </w:r>
          </w:p>
        </w:tc>
        <w:tc>
          <w:tcPr>
            <w:tcW w:type="dxa" w:w="1662"/>
            <w:shd w:val="clear" w:color="auto" w:fill="0F172A"/>
          </w:tcPr>
          <w:p>
            <w:r>
              <w:rPr>
                <w:b/>
                <w:color w:val="FFFFFF"/>
                <w:sz w:val="19"/>
              </w:rPr>
              <w:t>Einzelpreis</w:t>
            </w:r>
          </w:p>
        </w:tc>
        <w:tc>
          <w:tcPr>
            <w:tcW w:type="dxa" w:w="1662"/>
            <w:shd w:val="clear" w:color="auto" w:fill="0F172A"/>
          </w:tcPr>
          <w:p>
            <w:r>
              <w:rPr>
                <w:b/>
                <w:color w:val="FFFFFF"/>
                <w:sz w:val="19"/>
              </w:rPr>
              <w:t>Gesamtpreis</w:t>
            </w:r>
          </w:p>
        </w:tc>
      </w:tr>
      <w:tr>
        <w:tc>
          <w:tcPr>
            <w:tcW w:type="dxa" w:w="1662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[Materialposition, z. B. Sanitärkeramik]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Stk.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[€]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[€]</w:t>
            </w:r>
          </w:p>
        </w:tc>
      </w:tr>
      <w:tr>
        <w:tc>
          <w:tcPr>
            <w:tcW w:type="dxa" w:w="1662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[Arbeitszeit Montage]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[Std.]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Std.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[€]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[€]</w:t>
            </w:r>
          </w:p>
        </w:tc>
      </w:tr>
      <w:tr>
        <w:tc>
          <w:tcPr>
            <w:tcW w:type="dxa" w:w="1662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  <w:t>[weitere Position]</w:t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>
              <w:rPr>
                <w:sz w:val="19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right"/>
            </w:pPr>
            <w:r>
              <w:rPr>
                <w:sz w:val="20"/>
              </w:rPr>
              <w:t>Zwischensumme netto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sz w:val="20"/>
              </w:rPr>
              <w:t>[€]</w:t>
            </w:r>
          </w:p>
        </w:tc>
      </w:tr>
      <w:tr>
        <w:tc>
          <w:tcPr>
            <w:tcW w:type="dxa" w:w="4986"/>
          </w:tcPr>
          <w:p>
            <w:pPr>
              <w:jc w:val="right"/>
            </w:pPr>
            <w:r>
              <w:rPr>
                <w:sz w:val="20"/>
              </w:rPr>
              <w:t>zzgl. MwSt. [19 % / Hinweis §19 UStG]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sz w:val="20"/>
              </w:rPr>
              <w:t>[€]</w:t>
            </w:r>
          </w:p>
        </w:tc>
      </w:tr>
      <w:tr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1D4ED8"/>
                <w:sz w:val="20"/>
              </w:rPr>
              <w:t>Gesamtsumme brutto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1D4ED8"/>
                <w:sz w:val="20"/>
              </w:rPr>
              <w:t>[€]</w:t>
            </w:r>
          </w:p>
        </w:tc>
      </w:tr>
    </w:tbl>
    <w:p/>
    <w:p>
      <w:r>
        <w:rPr>
          <w:b/>
          <w:color w:val="0F172A"/>
        </w:rPr>
        <w:t>Zahlungsbedingungen &amp; Hinweise</w:t>
      </w:r>
    </w:p>
    <w:p>
      <w:r>
        <w:rPr>
          <w:color w:val="334155"/>
          <w:sz w:val="19"/>
        </w:rPr>
        <w:t>Zahlungsziel: [z. B. 14 Tage nach Rechnungsstellung]</w:t>
        <w:br/>
        <w:t>Bankverbindung: [IBAN] · [Bank]</w:t>
        <w:br/>
        <w:t>Dieser Kostenvoranschlag wurde nach bestem Wissen auf Basis der uns vorliegenden Informationen erstellt. Änderungen im Bauablauf oder bei der Materialverfügbarkeit können zu Abweichungen führen.</w:t>
      </w:r>
    </w:p>
    <w:p/>
    <w:p>
      <w:r>
        <w:rPr>
          <w:sz w:val="19"/>
        </w:rPr>
        <w:t>Ort, Datum: ______________________            Unterschrift: ______________________</w:t>
      </w:r>
    </w:p>
    <w:p>
      <w:pPr>
        <w:jc w:val="center"/>
      </w:pPr>
      <w:r>
        <w:rPr>
          <w:color w:val="94A3B8"/>
          <w:sz w:val="16"/>
        </w:rPr>
        <w:t>Kostenlose Vorlage von AngebotsPilot – angebotspilot.app/ratgeber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415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